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6141: 倍数调整（adjust）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6141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科大国创杯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“科大国创杯”2026 年安徽省青少年信息学科普日活动 中学组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小可可有两个正整数 a,b。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定义一次操作为：选择 a,b 的其中一个，并把它 +1 或 −1。注意，你需要时刻保证  a ≥ 1, b ≥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现在小可可想要通过若干次操作使得 a 是 b 的倍数。那么请你告诉他，他最少要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操作多少次呢？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一行两个正整数a,b。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一行一个数字，表示小可可至少要操作多少次使得 a 是 b 的倍数。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9 6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可以令 a ← a + 1，b ← b − 1。这样 a = 10, b = 5，符合条件，此时操作数为 2。可以证明不存在更小的操作数。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【输入输出样例 2 ∼ 6】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见选手目录下的 adjust/adjust*.in 与 adjust/adjust*.ans。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对于所有数据，保证 1 ≤ a ≤ 10^{18}，1 ≤ b ≤ 10^6，且 a, b 均为正整数。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测试点编号a ≤b ≤1 ∼ 210^{18}131014∼ 5400040006∼ 710^610^68∼ 1010^{18}10^6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