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6127: 谁是卧底(d)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在《谁是卧底》节目中，一共有 n 位参赛者，编号为 1~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每位参赛者心里想一个正整数 a_i，导演组给出同一个密码 d（保证 d ≥ 2）。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好人会展示：b_i = a_i × 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卧底会展示：b_i = a_i + 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并且所有参赛者满足：1 ≤ a_i &lt; 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你只看到了最终展示出来的序列 b_1,b_2,...,b_n，已知恰好有一名卧底，且至少存在一组合法的原序列和密码与该序列一致。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注意：不保证合法的 d 唯一。你需要在所有合法方案中，找到尽可能大的 d，并输出该 d 对应的卧底编号。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保证最大合法 d 对应的卧底编号唯一。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 b_1,b_2,...,b_n。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输出一个整数，表示最大合法 d 对应的卧底编号（下标从 1 开始）。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可取 d=6。除第 3 人外，其余展示值都可写成某个 a_i × 6；第 3 人展示 10，可写成 4+6，因此第 3 人是卧底。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可取 d=7。第 4 人展示 11=4+7，其余人展示值均为 7 的倍数，因此第 4 人是卧底。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数据点编号数据范围特殊性质1n ≤q 10, b_i ≤q 10^3合法 d 唯一2n ≤q 100, b_i ≤q 10^5合法 d 唯一3n ≤q 100, b_i ≤q 10^54n ≤q 1000, b_i ≤q 10^6合法 d 唯一5n ≤q 5000, b_i ≤q 10^9无特殊性质6n ≤q 2 × 10^4, b_i ≤q 10^9无特殊性质7n ≤q 10^5, b_i ≤q 10^9卧底靠近中间位置8n ≤q 10^5, b_i ≤q 10^{12}b_i 含较多重复值9n ≤q 2 × 10^5, b_i ≤q 10^{12}无特殊性质10n ≤q 2 × 10^5, b_i ≤q 10^{12}无特殊性质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