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6121: 奇偶路径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6121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图论分层图最短路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给定一个包含 N 个点和 M 条边的无向连通图，每条边的长度均为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我们定义：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奇数路径：从 1 号点出发，经过奇数条边到达目标点的路径。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偶数路径：从 1 号点出发，经过偶数条边到达目标点的路径。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请你分别求出从 1 号点出发，到达每个点 i (1 ≤ i ≤ N) 的最短奇数路径长度和最短偶数路径长度。如果某种路径不存在，则输出 -1。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第一行包含两个正整数 N 和 M，分别表示点数和边数。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M 行，每行包含两个正整数 u 和 v，表示点 u 和点 v 之间有一条无向边。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输出共 N 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i 行包含两个整数，由空格隔开。第一个整数表示从 1 号点到点 i 的最短偶数路径长度，第二个整数表示最短奇数路径长度。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40% 的数据，1 ≤ N, M ≤ 1000。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的数据，1 ≤ N, M ≤ 10^5，图保证连通，无自环，无重边。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