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6103: 拆分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6103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GESP七级26年3月动态规划数学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想将正整数 n 拆分成若干个正整数之和，并最大化拆分后的正整数之积。小 A 希望你帮他计算出拆分后正整数之积的最大值。由于答案可能很大，你只需要求出答案对 10^9 取模的结果。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形式化地，n 的拆分是满足 a_1+·s+a_k=n 的若干个正整数 a_1,⋯,a_k，其中 1≤q k≤q n。你需要求出 n 的所有拆分中 a_1× ·s× a_k 的最大值对 10^9 取模的结果。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第一行，一个正整数 t，表示数据组数。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对于每组数据：一行，一个整数 n，表示给定的正整数。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对于每组数据：输出一行，一个整数，表示 n 拆分后正整数之积的最大值对 10^9 取模的结果。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755407364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说明/提示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的测试点，保证 n≤q 50。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1≤q t≤q 10^4，1≤q n≤q 10^6。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