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6101: 选数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GESP六级26年3月动态规划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给定两个包含 n 个整数的数组 a=[a_1,⋯,a_n] 与 b=[b_1,⋯,b_n]。你需要指定若干下标 p_1&lt; ·s&lt; p_k（1≤q k≤q n）使得以下条件成立：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1≤q p_i≤q n（1≤q i≤q k）；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p_{i+1}≥ p_i+b_{p_i}（1≤q i&lt; k）。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你需要在满足以上条件的前提下最大化 ∑_{i=1}^k a_{p_k}，也即最大化数组 a 对应下标的整数之和。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n，表示数组长度。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个正整数 a_1,a_2,⋯,a_n，表示数组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第三行，n 个正整数 b_1,b_2,⋯,b_n，表示数组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一行，一个整数，表示在满足下标条件的前提下，数组 a 对应下标的整数之和的最大值。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2≤q n≤q 10^3。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2≤q n≤q 10^5，0≤q a_i≤q 10^9，0≤q b_i≤q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