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6099: 找数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GESP五级26年3月二分离散化map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给定一个包含 n 个互不相同的正整数的数组 A 与一个包含 m 个互不相同的正整数的数组 B，请你帮忙计算有多少个数在数组 A 与数组 B 中均出现。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a_1,a_2,·s,a_n 表示数组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m 个正整数 b_1,b_2,·s,b_m 表示数组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输出一个整数，表示在数组 A 与数组 B 中均出现的数的个数。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3 1 5 4 6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中，4、3 在数组 A 与 B 中均出现。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的数据，保证 1 ≤q n,m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 ≤q n,m ≤q 10^5，1 ≤q a_i,b_i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