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6096: 二进制回文串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6096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GESP三级26年3月进制转换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对于一个正整数 n，我们将其转换为不含前导零的二进制表示，如果这个二进制序列从左向右读与从右向左读完全相同，则称该数为二进制回文数。例如，9 的二进制表示为 (1001)_2，是二进制回文数；12 的二进制表示为 (1100)_2，不是二进制回文数。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你的任务是：给定一个正整数 n，计算在 1 到 n 的范围内二进制回文数的数量。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输入一行，包含一个正整数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输出一行，包含一个数，表示在 1 到 n 的范围内二进制回文数的数量。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中，1 到 15 范围内 1、3、5、7、9、15 是二进制回文数。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≤q n ≤q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