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6095: 凯撒密码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GESP三级26年3月字符串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凯撒密码是一种替换加密技术，明文中的所有字母都在字母表上向后（或向前）按照一个固定数目进行偏移后被替换成密文。例如，当偏移量是 3 的时候，所有的字母 A 将被替换成 D，B 被替换成 E，C 被替换成 F，以此类推，W 被替换成 Z，X 被替换成 A，Y 被替换成 B，Z 被替换成 C。这个加密方法是以罗马共和时期凯撒的名字命名的，据称当年凯撒曾用此方法与其将军们进行联系。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但是和所有的利用字母表进行替换的加密技术一样，凯撒密码非常容易被破解，而且在实际应用中也无法保证通信安全。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现在给你一个已破解的凯撒密码明文与密文，与一个有相同偏移量的未破解凯撒密码密文，请你帮忙破解它。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输入共三行：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第一行包含一个字符串，表示已破解的凯撒密码明文；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第二行包含一个字符串，表示已破解的凯撒密码密文；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第三行包含一个字符串，表示待破解的凯撒密码密文。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输出一行，包含一个字符串，表示待破解的凯撒密码对应的明文。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DEFGHIJYZABC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WKHTXLFNEURZQIRAMXPSVRYHUWKHODCBGRJ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THEQUICKBROWNFOXJUMPSOVERTHELAZYDOG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中，通过已破解的密码得出偏移量为 'D' - 'A' = 3，因此，对未破解部分进行逆向偏移：密文中的 W 对应明文中的 T（'W' - 3 = 'T'），密文中的 K 对应明文中的 H（'K' - 3 = 'H'），以此类推。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保证密码长度均不超过 1000，所有字符串由大写字母组成。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