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6085: 天数统计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给定两个日期，它们都位于 2026 年。已知第一个日期不晚于第二个日期，请你计算从第一个日期到第二个日期之间一共有多少天。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这里的天数统计 包含两个日期本身。例如：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2026-01-01 到 2026-01-01 一共有 1 天；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2026-01-01 到 2026-01-03 一共有 3 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 2026 年不是闰年。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请你编写程序计算两个日期之间的天数。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第一行输入两个整数，分别代表第一个日期的月、日。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第二行输入两个整数，分别代表第二个日期的月、日。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保证输入的日期合法，并且 第一行日期不晚于第二行日期。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输出一个整数，表示两个日期之间一共有多少天。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100 % 的数据，保证日期合法，且第一个日期不晚于第二个日期。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2026 年各月天数如下：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月份天数131228331430531630731831930103111301231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