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6074: 迷宫生成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市赛南京2025曼哈顿距离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小铭今天编程实现了迷宫找路径的算法：在一个 n 行、m 列的迷宫中，有代表空地的格子 (用 点 . 表示) 和代表障碍的格子 (用 # 表示)。迷宫中的人可以在空地上移动，但不能移动到障碍上。每一步，迷宫中的人可以向上、下、左、右四个方向移动一格。小铭的程序能求出从左上角到右下角最少移动的步数。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小铭对他的程序并不是很有信心，因此希望你用程序生成一个 n 行、m 列的迷宫，且从左上角到右下角最少移动步数恰好是 k，帮助他测试程序是否正确。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输入一行三个整数 n,m和k。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 m 个字符 (. 或 #)，表示迷宫。左上角和右下角必须是空白 (.)。输入保证存在最少移动步数恰好是 k 的迷宫。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满足条件的迷宫可能很多，输出任意一个即可。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60 % 的数据，满足 n,m≤8；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的数据，满足 n,m≤16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