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6073: 蚂蚁游戏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市赛南京2025数组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小铭用 Python 编了一个游戏。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游戏开始，屏幕上生成一根长为 L 的线段，线段上有 n 只蚂蚁在不同位置，且朝向不尽相同。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蚂蚁们以每秒 1 个单位的速度向前移动。当两只蚂蚁相遇时，它们会掉头 (掉头时间忽略不计)。当某只蚂蚁跑出线段区域则不再返回，当所有蚂蚁跑出线段则游戏结束。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现给出每只蚂蚁的初始位置，但朝向未知，求游戏结束的最短时间和最长时间。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第一行包含两个整数 L 和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个整数，代表 n 只蚂蚁的初始位置 x (距离左端点的距离)。输入保证蚂蚁的初始位置各不相同且 0 &lt; x_i &lt; L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一行，包含两个整数，分别表示游戏结束的最短时间和最长时间。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27 5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7 11 3 17 23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11 24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40 % 的数据，满足 n≤20,L≤1,000；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70 % 的数据，满足 n≤100,L≤10^6；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100 % 的数据，满足 n≤10,000,L≤10^9。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