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6065: 水上表演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信息素养大赛25年中学组复赛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同学们想看游乐园的水上表演。观众席座位分成 k 排，每排有 m 个座位。同学人数为 n,为了好安排座位，老师希望将 n 名同学分成不超过 k 组,每组人数相同且不超过 m 人。请写一个程序，帮助老师判断能不能达成满足条件的分组，能则输出 "yes"，否则输出 “no"。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本题有多组数据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第一行: 一个正整数 T，代表有 T组数据。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∼ T+1 行:每行三个用空格隔开的正整数 n、k、m，表示同学人数、座位排数与每排座位数。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 行，每行一个字符串 "yes"或"no”。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20  5  10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37  4  20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组数据: 20 名同学分为 4 组，每组 5 人(分法不止一种)，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组数据:没有符合条件的分法。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T ≤ 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n,m ≤ 10000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k  ≤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