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6061: 星际通信系统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在星际通信系统中，传输的数字会因宇宙射线干扰而倒序，请编写程序对接收到的 n 个干扰数字进行修复，输出每个数字原始的正确值。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修复规则：将每个数字的各位数完全逆转（例如：123 修复为 321 ， 120 修复为 21）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n个正整数 a_i，表示接收到的干扰数字。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 n 个整数，表示修复后的正确数字，用空格分隔。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123 320 78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321 23 87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