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6047: 判断数字出现了几次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信息素养大赛23年小学组复赛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给定一个正整数 n，判断从 1 到这个数本身的所有数中，一共出现了多少次数字 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 1 行，包括一个正整数 n 和一个正整数 k。(0 &lt; n &lt; 32767，0 &lt; k &lt;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1 行，一个整数，表示 1 到 n 之间的所有数 (包括 n)，一共出现了几次 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13 3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