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6032: 密码强度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6032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GESP三级25年12月字符串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275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2025年12月认证 C++3级真题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小杨是学校网络安全小组的成员，今天他的任务是设计一个“密码强度检测器”，帮助同学们检查自己的密码是否足够安全。一个安全的密码需要满足以下条件：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密码至少包含 8 个字符（太短的密码容易被猜出来哦！）。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密码至少包含一个大写字母（A、B、C、...、Z 都可以）。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密码至少包含一个数字（0、1、2、3、...、9 都可以）。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密码 PAs1s2an 是安全密码（有 8 位、包含大写字母 P、A 和数字 1、2）。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密码 ab1da3cd 不是安全密码（没有大写字母）。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密码 Paabdbcd 不是安全密码（没有数字）。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密码 Pa2 不是安全密码（只有 3 位，太短了）。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第一行一个正整数 T，代表需要安全检测的密码组数。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对于每组密码，一行包含一个字符串，代表需要安全检测的密码。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对于每组密码，输出一行，如果满足强度要求输出 Y，否则输出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PAs1s2an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1a2bCql3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Pa12bsna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ab1da3cd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Paabdbcd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Pa2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密码 PAs1s2an 是安全密码（有 8 位、包含大写字母 P、A 和数字 1、2）。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密码 1a2bCq13 是安全密码（有 8 位、包含大写字母 C 和数字 1、2、3）。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密码 Pa12bsna 是安全密码（有 8 位、包含大写字母 P 和数字 1、2）。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密码 ab1da5cd 不是安全密码（没有大写字母）。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密码 Paabdbcd 不是安全密码（没有数字）。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密码 Pa2 不是安全密码（只有 3 位，太短了）。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≤q T ≤q 100，并且每组密码长度不超过 100 且至少为 1，每组密码仅由大小写字母和数字组成。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