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6026: 子序列(3)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给定两个整数序列 A 和 B，长度分别为 n 和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现在需要在序列 A 中选取一个连续子数组：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A_l, A_{l+1}, ⋯, A_r  (1 ≤ l ≤ r ≤ n)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要求该连续子数组满足：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序列 B 是该子数组的一个子序列（即：将该子数组中删除若干元素，但不改变顺序，可以得到序列 B）。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请你在所有满足条件的连续子数组中，找出长度最短的一个，并输出其长度。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如果不存在这样的子数组，请输出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输入共三行：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n,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个整数，表示序列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 m 个整数，表示序列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输出一个整数，表示满足条件的最短连续子数组长度；若不存在，则输出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 n, m ≤ 1000，1 ≤ A_i, B_i ≤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