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5948: 相等序列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GESP五级25年12月唯一分解定理素数筛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2025年12月认证 C++5级真题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有一个包含 N 个正整数的序列 A= { A_1,A_2,...,A_N }。小 A 每次可以花费 1 个金币执行以下任意一种操作：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选择序列中一个正整数 A_i（1 ≤ i ≤ N），将 A_i 变为 A_i × P， P 为任意质数；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选择序列中一个正整数 A_i（1 ≤ i ≤ N），将 A_i 变为 A_i/P ， P 为任意质数，要求 A_i 能被P整除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想请你帮他计算出令序列中所有整数都相同，最少需要花费多少金币。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A_1,A_2,...,A_N，代表序列 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输出一行，代表最少需要花费的金币数量。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10 6 35 105 42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60 %的测试点，保证 1 ≤ N,A_i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N,A_i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