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5938: 学习小组</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5938</w:t>
            </w:r>
          </w:p>
        </w:tc>
      </w:tr>
      <w:tr>
        <w:tc>
          <w:tcPr>
            <w:tcW w:type="dxa" w:w="4320"/>
          </w:tcPr>
          <w:p>
            <w:r>
              <w:t>标签</w:t>
            </w:r>
          </w:p>
        </w:tc>
        <w:tc>
          <w:tcPr>
            <w:tcW w:type="dxa" w:w="4320"/>
          </w:tcPr>
          <w:p>
            <w:r>
              <w:t>GESP七级25年12月动态规划</w:t>
            </w:r>
          </w:p>
        </w:tc>
      </w:tr>
      <w:tr>
        <w:tc>
          <w:tcPr>
            <w:tcW w:type="dxa" w:w="4320"/>
          </w:tcPr>
          <w:p>
            <w:r>
              <w:t>难度</w:t>
            </w:r>
          </w:p>
        </w:tc>
        <w:tc>
          <w:tcPr>
            <w:tcW w:type="dxa" w:w="4320"/>
          </w:tcPr>
          <w:p>
            <w:r>
              <w:t>提高</w:t>
            </w:r>
          </w:p>
        </w:tc>
      </w:tr>
      <w:tr>
        <w:tc>
          <w:tcPr>
            <w:tcW w:type="dxa" w:w="4320"/>
          </w:tcPr>
          <w:p>
            <w:r>
              <w:t>正确</w:t>
            </w:r>
          </w:p>
        </w:tc>
        <w:tc>
          <w:tcPr>
            <w:tcW w:type="dxa" w:w="4320"/>
          </w:tcPr>
          <w:p>
            <w:r>
              <w:t>10</w:t>
            </w:r>
          </w:p>
        </w:tc>
      </w:tr>
      <w:tr>
        <w:tc>
          <w:tcPr>
            <w:tcW w:type="dxa" w:w="4320"/>
          </w:tcPr>
          <w:p>
            <w:r>
              <w:t>来源</w:t>
            </w:r>
          </w:p>
        </w:tc>
        <w:tc>
          <w:tcPr>
            <w:tcW w:type="dxa" w:w="4320"/>
          </w:tcPr>
          <w:p>
            <w:r>
              <w:t>GESP25年12月七级</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班主任计划将班级里的  n  名同学划分为若干个学习小组，每名同学都需要分入某一个学习小组中。班级里的同学依次以  1, 2, …, n  编号，第  i  名同学有其发言积极性  c_i 。</w:t>
      </w:r>
    </w:p>
    <w:p>
      <w:pPr>
        <w:spacing w:before="40" w:after="40"/>
        <w:ind w:left="720"/>
      </w:pPr>
      <w:r>
        <w:rPr>
          <w:rFonts w:ascii="Consolas" w:hAnsi="Consolas"/>
          <w:sz w:val="18"/>
        </w:rPr>
        <w:t xml:space="preserve">观察发现，如果一个学习小组中恰好包含编号为  p_1, p_2, …, p_k  的  k  名同学，则该学习小组的基础讨论积极性为  a_k ，综合讨论积极性为  </w:t>
      </w:r>
    </w:p>
    <w:p>
      <w:pPr>
        <w:spacing w:before="40" w:after="40"/>
        <w:ind w:left="720"/>
      </w:pPr>
      <w:r>
        <w:rPr>
          <w:rFonts w:ascii="Consolas" w:hAnsi="Consolas"/>
          <w:sz w:val="18"/>
        </w:rPr>
        <w:t xml:space="preserve">a_k+max{c_{p_1},c_{p_2},…,c_{p_k}}−min{c_{p_1},c_{p_2},…,c_{p_k}} </w:t>
      </w:r>
    </w:p>
    <w:p>
      <w:pPr>
        <w:spacing w:before="40" w:after="40"/>
        <w:ind w:left="720"/>
      </w:pPr>
      <w:r>
        <w:rPr>
          <w:rFonts w:ascii="Consolas" w:hAnsi="Consolas"/>
          <w:sz w:val="18"/>
        </w:rPr>
        <w:t>也即基础讨论积极性加上小组内同学的最大发言积极性与最小发言积极性之差。</w:t>
      </w:r>
    </w:p>
    <w:p>
      <w:pPr>
        <w:spacing w:before="40" w:after="40"/>
        <w:ind w:left="720"/>
      </w:pPr>
      <w:r>
        <w:rPr>
          <w:rFonts w:ascii="Consolas" w:hAnsi="Consolas"/>
          <w:sz w:val="18"/>
        </w:rPr>
        <w:t>给定基础讨论积极性  a_1, a_2, …, a_n ，请你计算将这  n  名同学划分为学习小组的所有可能方案中，综合讨论积极性之和的最大值。</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第一行：一个正整数  n ，表示班级人数。</w:t>
      </w:r>
    </w:p>
    <w:p>
      <w:pPr>
        <w:spacing w:before="40" w:after="40"/>
        <w:ind w:left="720"/>
      </w:pPr>
      <w:r>
        <w:rPr>
          <w:rFonts w:ascii="Consolas" w:hAnsi="Consolas"/>
          <w:sz w:val="18"/>
        </w:rPr>
        <w:t>第二行： n  个非负整数  c_1, c_2, …, c_n ，表示每位同学的发言积极性。</w:t>
      </w:r>
    </w:p>
    <w:p>
      <w:pPr>
        <w:spacing w:before="40" w:after="40"/>
        <w:ind w:left="720"/>
      </w:pPr>
      <w:r>
        <w:rPr>
          <w:rFonts w:ascii="Consolas" w:hAnsi="Consolas"/>
          <w:sz w:val="18"/>
        </w:rPr>
        <w:t>第三行： n  个非负整数  a_1, a_2, …, a_n ，表示不同人数学习小组的基础讨论积极性。</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输出一行，一个整数，表示所有划分方案中，学习小组综合讨论积极性之和的最大值。</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40% 的测试点，保证  c_i = 0 。</w:t>
      </w:r>
    </w:p>
    <w:p>
      <w:pPr>
        <w:spacing w:before="40" w:after="40"/>
        <w:ind w:left="720"/>
      </w:pPr>
      <w:r>
        <w:rPr>
          <w:rFonts w:ascii="Consolas" w:hAnsi="Consolas"/>
          <w:sz w:val="18"/>
        </w:rPr>
        <w:t>对于所有测试点，保证  1 ≤q n ≤q 300 ， 0 ≤q c_i ≤q 10^4 ， 0 ≤q a_i ≤q 10^4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