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5937: 城市规划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5937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GESP七级25年12月图论最短路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GESP25年12月七级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 国有  n  座城市，城市之间由  m  条双向道路连接，任意一座城市均可经过若干条双向道路到达另一座城市。城市依次以  1, 2, …, n  编号。第  i （ 1 ≤q i ≤q m ）条双向道路连接城市  u_i  与城市  v_i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对于城市  u  和城市  v  而言，它们之间的连通度  d(u, v)  定义为从城市  u  出发到达城市  v  所需经过的双向道路的最少条数。由于道路是双向的，可以知道连通度满足  d(u, v) = d(v, u) ，特殊地有  d(u, u) = 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 A 国正在规划城市建设方案。城市  u  的建设难度为它到其它城市的最大连通度。请你求出建设难度最小的城市。如果有多个满足条件的城市，则选取其中编号最小的城市。形式化地，你需要求出使得  max limits_{1 ≤q i ≤q n} d(u, i)  最小的  u ，若存在多个可能的  u  则选取其中最小的。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第一行：两个正整数  n, m ，表示 A 国的城市数量与双向道路数量。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 m  行：每行两个整数  u_i, v_i ，表示一条连接城市  u_i  与城市  v_i  的双向道路。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输出一行，一个整数，表示建设难度最小的城市编号。如果有多个满足条件的城市，则选取其中编号最小的城市。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40% 的测试点，保证  1 ≤q n ≤q 300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 1 ≤q n ≤q 2000 ， 1 ≤q m ≤q 2000 ， 1 ≤q u_i, v_i ≤q n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