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5894: 黑白棋游戏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2025年11月婺城区第三届青少年信息素养大赛初中组试题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小Z学过一段时间的围棋，他对围棋的排列非常感兴趣。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现在他的盒子里有 n_1 个完全相同的黑色棋子和  n_2 个完全相同的白色棋子。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小Z准备考验一下他的爸爸，让他按照如下要求，将所有棋子摆成一排。具体地：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在所有棋子都摆放好后，需满足：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1.不得有超过 k_1（即大于 k_1 ） 个黑色棋子连续相邻的排在一起。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2.不得有超过 k_2（即大于 k_2 ）个白色棋子连续相邻的排在一起。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按照要求摆出一种方案是比较简单的事情，所以小Z向爸爸提出，一共有多少种不同的摆放方法。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这可难倒爸爸，请你来帮助计算一下吧！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由于结果可能很大，你只需要输出对 10^8 取模后的结果。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共一行，包含 4 个整数 n_1,n_2,k_1,k_2。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输出满足要求的摆放方法数量对 10^8 取模后的结果。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 8 个点满足 1 ≤ n_1,n_2 ≤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所有测试点满足 1 ≤ n_1,n_2 ≤ 100 , 1 ≤ k_1,k_2 ≤ 10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