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5892: 直角三角形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市赛穷举数学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在直角坐标系内有 N 个点，分别是(x_1,y_1),(x_2,y_2),⋯ (x_n,y_n)。任选其中的三个顶点，有可能组成三角形。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Z老师对特殊直角三角形比较感兴趣。特殊直角三角形的定义如下：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三角形某条边与 x 轴平行，且另外一条边与 y 轴平行。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请你帮忙计算一下，这 N 个点中选择其中的三个点，会有多少个特殊直角三角形。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行，每行两个整数(x_i,y_i) ，代表一个坐标点。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输出一行，表示特殊直角三角形的个数。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这个特殊直角三角形的直角在 (0,0)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≤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-10^4 ≤ x_i,y_i ≤ 10^4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