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5890: 上数塔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 N 层的数塔，数塔的第 i 层有 i 个位置，每个位置，可以从下一层的左下角的位置或者右下角的位置走上来。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请问从数塔的最下面一层，只能向上走，走到数塔的最上面一层，一共有多少条不同的路线？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比如：下图所示的是一个 3 层的数塔。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1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/   \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2     3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/   /   \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4     5     6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从最下面一层，走到最上面一层，共有 4 条不同的路线，分别是：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4 -&gt; 2 -&gt;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5 -&gt; 2 -&gt;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5 -&gt; 3 -&gt;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6 -&gt; 3 -&gt; 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N，表示数塔的层数。（1 ≤ N ≤ 100）。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输出一个整数，表示从数塔的最下面一层，只能向上走，走到数塔的最上面一层，一共有多少条不同的路线。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由于本题路线总数可能很多，请输出路线总数 mod (10^9 + 7) 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