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5889: 数字游戏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市赛前缀和数学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2025年11月婺城区第三届青少年信息素养大赛小学组试题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小Z的班里总共有 n 个学生，编号为 1,2, ⋯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这天，班主任拿了一叠卡片，每张卡片上写了一个数。然后她把卡片分发给了班级里的这 n 个学生。每个同学都非常好奇其他同学手上的号码。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i 个同学来说，他想知道卡片上数字比他大的同学有几个。这时小Z提了一个数学问题，他说计算出这些人的卡片上数值之和是多少。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请你帮小Z完成计算。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输入的第一行，是一个整数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第二行，输入 n 个整数，表示这 n 个同学手上的数。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输出一行，有 n 个结果，对于第 i 行，表示第 i 个同学的结果，即比第 i 个同学卡片上数字大的所有数值之和。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1 4 1 4 2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10 0 10 0 8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a_i 表示第 i 个同学卡片上的数：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i=1 时，a_1=1 ，比 1 大的数有 {2,4,4} ，结果为 10;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i=2 时，a_2=4 ，比 4 大的数不存在，结果为 0 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i=3 时，a_3=1 ，比 1 大的数有 {2,4,4} ，结果为 10;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i=4 时，a_4=4 ，比 1 大的数有不存在，结果为 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i=5 时，a_5=2 ，比 2 大的数有 {4,4}，结果为 8;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a_i 表示第 i 个同学卡片上的数：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30 % 的数据，1 ≤ n ≤ 1000 , 1 ≤ a_i ≤ 1000;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100 % 的数据，1 ≤ n ≤ 200000 , 1 ≤ a_i ≤ 1000000 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