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5866: 拼数（number）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2025 第二轮认证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正在学习字符串处理。小 X 给了小 R 一个字符串 s，其中 s 仅包含小写英文字母及数字，且包含至少一个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∼ 9 中的数字。小 X 希望小 R 使用 s 中的任意多个数字，按任意顺序拼成一个正整数。注意：小R可以选择 s 中相同的数字，但每个数字只能使用一次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例如，若 s 为 1a01b，则小 R 可以同时选择第 1, 3, 4 个字符，分别为 1, 0, 1，拼成正整数 101 或 110；但小 R 不能拼成正整数 111，因为 s  仅包含两个数字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想知道，在他所有能拼成的正整数中，最大的是多少。你需要帮助小 R 求出他能拼成的正整数的最大值。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输入的第一行包含一个字符串 s，表示小 X 给小 R 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输出一行一个正整数，表示小 R 能拼成的正整数的最大值。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仅包含一个数字 5，因此小 R 仅能拼成正整数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包含数字 2, 9, 0, 1, 0。可以证明，小 R 拼成的正整数的最大值为 92100。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number/number3.in 与 number/number3.ans。该样例满足测试点 9 ∼ 11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number/number4.in 与 number/number4.ans。该样例满足测试点 20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|s| 为字符串 s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|s| ≤ 10^6；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仅包含小写英文字母及数字，且包含至少一个 1 ∼ 9 中的数字。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|s| ≤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5, 6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7, 8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10^2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∼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10^3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13, 14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16, 17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18, 19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10^6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21, 22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 ∼ 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A：s 仅包含数字。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B：s 仅包含不超过 10^3 个数字。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number.zip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(461.89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