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5414: 小瓜爬楼梯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5414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递归递推dp一本通编程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98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一本通编程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小瓜喜欢在爬楼梯的时候， 每次登 1 梯， 或者每次登 2 梯， 或者每次登 3 梯，请问小瓜按照这种爬楼梯方式， 到达第 n 梯， 有多少种方法。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一行一个整数， 表示 n。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小瓜到达第 n 梯的方法数。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3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4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数据范围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n≤qslant 50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