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5403: 递归练习2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5403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基础语法递归一本通编程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一本通编程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 n 。请你按照以下规则输出序列：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设输出这一序列的过程为 F(n)。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是 1 ，那么输出 1 并返回。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否则，先执行 F([n/2]) ，再输出 n，再执行 F(n-[n/2])。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这里 [n/2] 的意思是下取整。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一个数列表示答案。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1 2 1 5 1 3 1 2 1 10 1 2 1 5 1 3 1 2 1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 n≤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