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5391: 最长连续段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GESP四级贪心25年9月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C++4级真题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k 个整数构成的数组 [b_1, b_2, …, b_k]，如果对 1 ≤q i &lt; k 都有 b_{i+1} = b_i + 1，那么称数组 b 是一个连续段。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给定由 n 个整数构成的数组 [a_1, a_2, …, a_n]，你可以任意重排数组 a 中元素顺序。请问在重排顺序之后，a 所有是连续段的子数组中，最长的子数组长度是多少？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例如，对于数组 [1, 0, 2, 4]，可以将其重排为 [4, 0, 1, 2]，有以下 10 个子数组：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[4], [0], [1], [2], [4, 0], [0, 1], [1, 2], [4, 0, 1], [0, 1, 2], [4, 0, 1, 2]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其中除 [4, 0], [4, 0, 1], [4, 0, 1, 2] 以外的子数组均是连续段，因此是连续段的子数组中，最长子数组长度为 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n，表示数组长度。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 n个整数 a_1，a_2，...a_n，表示数组中的整数。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一行，一个整数，表示数组 a 重排顺序后，所有是连续段的子数组的最长长度。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40 % 的测试点，保证 1 ≤ n ≤ 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1 ≤ n ≤ 10^5，-10^9 ≤ a_i ≤  10^9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