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5387: 数组清零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GESP三级数组模拟25年9月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C++3级真题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有一个由 n 个非负整数构成的数组 a=[a_1, a_2, ..., a_n]。他会对数组 a 重复进行以下操作，直到数组 a 只包含 0。在一次操作中，小 A 会依次完成以下三个步骤：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在数组 a  中找到最大的整数，记其下标为  k 。如果有多个最大值，那么选择其中下标最大的。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从数组 a 所有不为零的整数中找到最小的整数 a_j。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将第一步找出的 a_k 减去 a_j。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例如，数组 a=[2, 3, 4] 需要 7 次操作变成  [0, 0, 0]。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[2, 3, 4]→[2, 3, 2]→[2, 1, 2]→[2, 1, 1]→[1, 1, 1]→[1, 1, 0]→[1, 0, 0]→[0, 0, 0]。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 想知道，对于给定的数组 a，需要多少次操作才能使得 a 中的整数全部变成 0 。可以证明， a 中整数必然可以在有限次操作后全部变成 0。你能帮他计算出答案吗？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，表示数组  a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个非负整数 a_1, a_2, ..., a_n，表示数组 a 中的整数。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 a 中整数全部变成 0 所需要的操作次数。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100，0 ≤ a_i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