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5385: 金币收集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GESP七级动态规划25年9月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C++7级真题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正在游玩收集金币的游戏。具体来说，在数轴上将会出现  n  枚金币，其中第  i  枚（ 1 ≤ i ≤ n ）金币将会在时刻  t_i  出现在数轴上坐标为  x_i  的位置。小 A 必须在时刻  t_i  恰好位于坐标  x_i ，才能获得第  i 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游戏开始时为时刻 0，此时小 A 的坐标为 0。正常来说，小 A 可以按游戏机的按键在数轴上左右移动，但不幸的是，游戏机的左方向键失灵了。小 A 每个时刻只能选择： 保持不动，或是向右移动一个单位。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换言之，如果小 A 在时刻  t  的坐标是  x ，那么他在时刻  t+1  的坐标只能是  x  或  x+1  二者之一，分别对应保持不动和向右移动。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想知道他最多能收集多少枚金币。你能帮他收集最多的金币吗？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第一行：一个正整数  n ，表示金币的数量。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 行，每行两个正整数  x_i, t_i ，分别表示金币出现的坐标与时刻。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输出一行，一个整数，表示小 A 最多能收集的金币数量。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40 %  的测试点，保证  1 ≤ n ≤ 8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 30 %  的测试点，保证  1 ≤ n ≤ 100 ， 1 ≤ x_i ≤ 100 ， 1 ≤ t_i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 n ≤ 10^5 ， 1 ≤ x_i ≤ 10^9 ， 1 ≤ t_i ≤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