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5383: 连通图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GESP七级图论并查集25年9月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C++7级真题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给定一张包含  n  个结点与  m  条边的无向图。结点依次以  1, 2, ⋯, n  编号。第  i  条边（ 1 ≤ i ≤ m ）连接结点  u_i  与结点  v_i 。如果从一个结点经过若干条边可以到达另一个结点，则称这两个结点是连通的。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你需要向图中加入若干条边，使得图中任意两个结点都是连通的。请你求出最少需要加入的边的条数。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注意给出的图中可能包含重边与自环。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第一行：两个正整数  n 、 m ，表示图的结点数与边数。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m  行，每行两个正整数  u_i, v_i ，表示图中一条连接结点  u_i  与结点  v_i  的边。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输出一行，一个整数，表示使得图中任意两个结点连通所需加入的最少边数量。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40 % 的测试点，保证：  1 ≤ n ≤ 100,  1 ≤ m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对于所有测试点，保证： 1 ≤ n ≤ 10^5,  1 ≤ m ≤ 10^5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