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5380: 优美的数字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GESP二级循环25年9月短除法拆位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C++2级真题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如果一个正整数在十进制下的所有数位都相同，小 A 就会觉得这个正整数很优美。例如，正整数 6 的数位都是 6，所以 6 是优美的。正整数 99 的数位都是 9，所以 99 是优美的。正整数 123 的数位不都相同，所以 123 并不优美。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想知道不超过 n 的正整数中有多少优美的数字。你能帮他数一数吗？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一行，一个正整数，表示不超过 n 的优美正整数的数量。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2025。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