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5377: 金字塔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5377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GESP一级循环25年9月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1058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2025年09月认证 C++1级真题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金字塔由 n 层石块垒成。从塔底向上，每层依次需要  n × n，(n-1) × (n-1)，...，2 × 2，1 × 1  块石块。请问搭建金字塔总共需要多少块石块？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一行，一个正整数 n，表示金字塔的层数。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一行，一个正整数，表示搭建金字塔所需的石块数量。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n ≤ 50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