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5348: 理想队伍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老师想同学们排好队伍，于是老师写好 0 或者 1 两种字符，分给这排成一行的 N 个人，这 N 个人的编号是 1 …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老师心中理想的队伍是这样的，所有人中有且只有一个同学的字符与后一位同学的字符是相同的，即第 i(1 ≤ i ≤ N-1)个人与第 i+1 个人的字符相同。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理想是丰满的，但现实很骨感，往往这种队形在最初始是不容易出现的。不过 z 老师曾修炼过魔法，可以修改同学们的字符，即可以将 0 变成 1，或者将 1 变成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但是修改字符会消耗元气值，z 老师不想消耗过多的元气，因为他还得上自习。聪明的你帮 z 老师算一下，达成理想队形，需要消耗多少元气。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N，表示有 N 个同学。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第二行，用一个字符串 S 表示这 N 个同学手上字符，每个字符是 0 或者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第三行，共 N 个数，第 i 个数表示修改第 i 个同学需要消耗的元气值 C_i。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输出达到理想队形需要消耗的最少元气。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修改第一个和第五个位置的字符后变成 10010，消耗为 7 点元气值，可以证明这是消耗最小。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无需修改已经满足理想队形。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的数据：2 ≤ N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 ≤ N ≤ 2 × 10^5，1 ≤ C_i ≤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 是一个由 0 或者 1 构成的字符串。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