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5282: 求逆序对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一本通分治归并排序树状数组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给定一个序列 a_1,a_2,…,a_n， 如果存在 i &lt; j 并且 a_i &gt; a_j ，那么我们称之为逆序对，求逆序对的数目。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 n，表示序列长度，接下来的 n 行，第 i+1 行表示序列中的第 i 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所有逆序对总数。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N ≤ 10^5，1 ≤ A_i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