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5278: 集合的划分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5278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一本通递归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设S是一个具有 n个元素的集合，S＝[a_1,a_2,⋯,a_n]，现将 S 划分成 k 个满足下列条件的子集合 S_1,S_2,⋯,S_k且满足：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1．S_i≠ ∅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2．S_i∩S_j＝∅ (1 ≤ i,j ≤ k,i≠j)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3．S_1∪S_2∪S_3∪ ⋯ ∪S_k＝S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则称 S_1,S_2,⋯,S_k是集合 S 的一个划分。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它相当于把 S 集合中的 n 个元素 a_1,a_2,⋯,a_n 放入 k 个（0 &lt; k ≤ n &lt; 30）无标号的盒子中，使得没有一个盒子为空。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请你确定 n 个元素 a_1,a_2,⋯,a_n 放入 k 个无标号盒子中去的划分数 S(n,k)。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给出 n 和 k。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 个元素 a_1,a_2,⋯,a_n 放入 k 个无标号盒子中去的划分数 S(n,k)。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10 6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22827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