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5252: 求最大公约数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5252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一本通递归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用递归方法求两个数 m 和 n 的最大公约数。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输入二个数，即 m 和 n 的值。(0 &lt; m, n &lt; 1000)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输出最大公约数。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8 6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gcd=2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