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5251: 求n!的值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5251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一本通递归高精度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用递归算法，求 N! 的精确值( N 以一般整数输入)。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N。（1 ≤ N ≤ 350）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3628800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