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5250: 十进制转换成八进制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用递归算法，把任一给定的十进制正整数转换成八进制数输出。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N，表示需要转换的十进制数。（0 ≤ N ≤ 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输出一个正整数，表示转换之后的八进制的数。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