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5249: 倒序数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5249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一本通递归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59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用递归算法写程序，输入一个非负整数，输出这个数的倒序数。 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输入一个非负整数。 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输出倒序结果。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