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5248: 斐波那契数列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5248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一本通递归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215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斐波那切数列 0,1,1,2,3,5,8,13,21,34,55…… 从第三项起，每一项都是紧挨着的前两项的和。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写出计算斐波那切数列的第 N 个数据项递归程序。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输入所求的项数 N（1 ≤ N ≤ 35）。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输出数据项的值。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