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4990: 最大因数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4990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GESP六级25年6月LCA数论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GESP25年6月六级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给定一棵有 10^9 个结点的有根树，这些结点依次以 1，2，...，10^9 编号，根结点的编号为 1。对于编号为 k（2 ≤ k ≤ 10^9）的结点，其父结点的编号为 k 的因数中除 k 以外最大的因数。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现在有 q 组询问，第 i（ 1 ≤ i ≤ q）组询问给定x_i，y_i ，请你求出编号分别为 x_i，y_i 的两个结点在这棵树上的距离。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两个结点之间的距离是连接这两个结点的简单路径所包含的边数。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第一行，一个正整数 q ，表示询问组数。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q  行，每行两个正整数 x_i，y_i ，表示询问结点的编号。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输出共 q 行，每行一个整数 ，表示结点 x_i，y_i 之间的距离。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【数据范围】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 60% 的测试点，保证 1 ≤ x_i，y_i ≤ 1000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对于所有测试点，保证 1 ≤ q ≤ 1000 ，1 ≤ x_i，y_i ≤ 10^{9}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