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4980: 奇偶校验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GESP三级25年6月进制转换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数据在传输过程中可能出错，因此接收方收到数据后通常会校验传输的数据是否正确，奇偶校验是经典的校验方式之一。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个非负整数 c_1, c_2, ⋯, c_n 代表所传输的数据，它们的校验码取决于这些整数在二进制下 1 的数量之和的奇偶性。如果这些整数在二进制下共有奇数个 1 ，那么校验码为 1 ；否则校验码为 0。你能求出这些整数的校验码吗？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 ，表示所传输的数据量。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个非负整数 c_1, c_2, ⋯, c_n，表示所传输的数据。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输出一行，两个整数，以一个空格分隔：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第一个整数表示  c_1, c_2, ⋯, c_n 在二进制下 1 的总数量；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第二个整数表示校验码（0 或 1）。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100，0 ≤ c_i  ≤  255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