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4978: 幂和数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GESP二级25年6月枚举进制转换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对于正整数 n，如果 n 可以表为两个 2 的次幂之和，即 n=2^{x}+2^{y} （ x,y 均为非负整数），那么称 n 为幂和数。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给定正整数 l,r，请你求出满足 l ≤ n ≤ r 的整数 n 中有多少个幂和数。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 l,r ，含义如上。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 l,r 之间幂和数的数量。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l ≤ r ≤ 10^{4}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