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4974: 假期阅读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GESP一级25年6月分支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有一本厚厚的书。这本书总共有 n 页，小 A 一天中最多只能阅读完其中的 k 页。小 A 的假期总共有 t 天，他想知道在假期中最多能阅读完这本书的多少页。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n，表示书的页数。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第二行，一个正整数 k ，表示小 A 每天最多阅读的页数。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第三行，一个正整数 t ，表示小 A 假期的天数。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一行，一个整数，表示假期中所能阅读的最多页数。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对于所有测试点，保证 n，k，t 均不超过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