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4972: 素数子区间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给定一个数组，从数组中取出若干个连续的元素（至少取一个元素）称为数组的子区间。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请求出数组中子区间和为素数的子区间个数。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n。（1 ≤ 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 a[i]。（1 ≤ a[i] ≤ 1000）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输出一个整数，表示区间和为素数的子区间个数。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共有 4 个元素，能取出的子区间共有 10 个，其中子区间和为素数的子区间，分别为：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下标范围 [1, 2]，区间和为 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下标范围 [2, 2]，区间和为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下标范围 [3, 4]，区间和为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下标范围 [4, 4]，区间和为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共有 4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