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4946: 字符操作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信息素养大赛2024字符串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2024年信息素养大赛C++算法创意挑战赛复赛真题（小学组）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从前有一个叫做小 A 的字符串，它住在编程世界的字符村。小 A 喜欢和其他字符交朋友，比如空格、逗号和字母 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有一天，小 A 遇到了一个神秘的函数，这个函数告诉它，只要加入更多的字符，就能变成更强大的字符串。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于是，小 A 开始了冒险，结识了字符 1、符号 #，甚至还有换行符 \n。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最终，小 A 成为了一个长长的、有意义的句子，实现了自己的梦想。在这个过程中，小 A 明白了合作的重要性，也找到了自己在代码中的位置。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在旅途中遇到了很多字符串 str，随着小 A 不断的结交朋友，它的长度也逐渐变长，具体有两种变长操作: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 str：前插入。表示在字符串小 A 前面插入字符串 str。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str：后插入。表示在字符串小 A 后面插入字符串 str。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R：表示反转整个字符串。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规定字符串小 A 的初始模样和每次操作的 str 都不含空格或换行。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请你计算出字符串小 A 旅途结束后的模样。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 n+2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第一行，输入一个正整数 n，表示操作次数；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第二行，输入一个字符串 str，表示文档最开始的字符串；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从第三行开始，往下 n 行，每行表示一个操作。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Tom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 ht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ut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tumoTth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保证操作次数 1 ≤ n ≤ 1000，字符串小 A 的初始长度和每次插入的字符串 str 的长度均不大于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