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4941: 最强塔防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4941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BCSP-X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BCSP-X初中组编程能力样卷-T4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古埃及法王有着一个巨大的宝库，里面珍藏着无数价值连城的珠宝。由于觊觎宝库的坏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蛋 很多，因此法王邀请你帮他设计一个环形的防守圈，来抵御强盗的入侵。他想在宝库周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围均匀地布置上 n 个炮塔（注意：由于是环形，首尾相接，第一个炮塔和第 n 个炮塔是相邻的），塔防的位置很重要，每个位置适合摆的炮塔都不一样，也就是说每个位置摆放不同的炮塔获得的战斗力是不同的。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如第一个位置摆放三种炮塔获得的战斗力分别是：1，3，2，此时摆放中射炮获得的战斗力最高；而第二个位置摆放三种炮塔获得的战斗力分别是：3，1，2，此时摆放低射炮获得的战斗力最高。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我们的军火库中有三种炮塔，分别为低射对地炮，中射迫击炮以及高射对空炮。法王希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望这一圈炮塔摆的很有层次感，所以任何一个位置的炮塔要比它相邻的两个炮塔的高度都高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或者都低（高射炮 &lt; 中射炮 &lt; 低射炮），并且在此条件下，法王想要你设计出一套方案，使得防御力也就是战斗力最高。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第一行为一个正整数 n，表示需要摆的炮塔个数。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n 行，每行 3 个不超过 10000 的正整数 a_i,b_i,c_i ，按顺时针顺序表示了第 i个位置摆低射,中射以及高射炮能获得的战斗力。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i 个位置的炮塔与第 i+1 个位置的炮塔相邻，特别地，第 1 个位置的炮塔与第 n 个位置的炮塔相邻。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一个正整数，为最大的战斗力之和。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1 3 2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3 1 2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3 1 2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至 n 个位置分别摆上高度为中射,低射,高射,低射炮，战斗力最高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的数据，有 n ≤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的数据，有 n ≤ 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的数据，有 n ≤ 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的数据，有 4 ≤ n ≤ 100000，1 ≤ ai,bi,ci  ≤ 10000 ，并保证 n 一定为偶数。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