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4940: 神奇的字典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4940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BCSP-X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26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BCSP-X初中组编程能力样卷-T3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神秘的海底九万里处有一个鱼人国度，鱼人们非常聪明，会制作武器捕猎，也会利用海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草和小海星圈养自己的食物（各种各样的鱼）。但是鱼人们有一个最大的缺陷：语言不通！因此鱼人国度的国王决定要兴起一波学英文的潮流，用英文来替代“咿咿呀呀”的嚎叫。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但是对于鱼人们来说，英文实在太难了。你作为鱼人国英文最好的鱼，被国王任命制作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一本字典，来帮助鱼人国的国民们进行英文的查询及学习。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字典包含 w 个由小写字母构成的单词（鱼人没有大写字母），每个查询字典的鱼人会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给出一个由字符串 s 和正数 k 构成的询问，需要字典自动弹出在 w 个单词里，字典序排序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第 k 位，且前缀为 s 的单词在字典中的位置。若不存在，则输出 -1。 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第 1 行为两个正整数 w，n。分别表示单词的数量和鱼人询问的次数。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第 2 行到第 w+1 行，每行输入一个字符串，表示字典中的一个单词。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最后 n 行，每行输入一个整数 k 和一个字符串 s，表示鱼人的一次询问。 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输出 n 行，每行一个整数，表示查询结果。 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12 3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ickteg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ickthse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vp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ymtpxgau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ymtpxc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vqox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icktcyb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vi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ymtpxu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icktei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ickteg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ymtpxwe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2 v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1 ick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 ym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7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12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样例解释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对于第 1 个询问，含义为在字典中找到以 v 为前缀且按字典序排序后第 2 个字符串，而字典中以 a 为前缀且按字典序排序后为{vi,vp }第 4 个是 vp，其在输入中为第 3 个，故输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出为 3。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同理，对于第 2 个和第 3 个询问是在字典中找到以 ick 为前缀且按字典序排序后的第 1 个字符串。而以 ick 为前缀的字符串按字典序排序后第 1 个为 icktcyb，其在输入中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为第 7 个，故第 2 个输出为 7。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数据范围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对于 20 %  的数据，有 w ≤ 200,n ≤ 100,每个单词长度不超过 100。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对于 60% 的数据，有 w ≤ 5000,n ≤ 200,每个单词长度不超过 200。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对于 100% 的数据，有 w ≤ 30000,n ≤ 1000,每个单词长度不超过 1000。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