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4927: 坐标变换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今天我们玩的许多游戏都是真正的 3D 游戏。在计算机能效处理三维对象之前，人们就发明了斜 45 度视角的 “2.5D” 游戏，不需要额外的 3D 加速硬件也能流畅运行。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2.5D 游戏的地图是一个 n 行、m 列的网格。我们首先将网格里的格子按照从上到下、从左到右的顺序从 1 开始编号，再把网格顺时针 (向右) 旋转 45 度，就得到了游戏的地图。此时，网格的行和列发生了变化：旋转后最顶部的格子位于第一行；最左侧的格子位于第一列，如下图所示：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Dr. X 希望实现自己的 2.5D 游戏引擎，他希望你计算 n 行 m 列网格中，编号为 k 的格子，在旋转 45 度后的新网格中的行和列。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 下载失败: https://cdn.luogu.com.cn/upload/image&amp;#95;hosting/uclmp3tz.png</w:t>
      </w:r>
    </w:p>
    <w:p>
      <w:r>
        <w:t>图片 2 下载失败: https://cdn.luogu.com.cn/upload/image&amp;#95;hosting/g09qdy25.png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输入空格分隔的整数 n, m 和 k，分别表示网格的行数、列数和格子的编号。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输出空格分隔的整数 x, y，表示编号为 k 的格子在旋转 45 度后的新网格中的坐标。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的数据，n, m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 m ≤ 32768, 1 ≤ k ≤ n ×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