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4923: 排序(sort)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市赛常州2025博弈论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给定一个长度为 n 的全排列，即 1 ∼ n 在全排列中各出现一次，小 Y 的目标是将该全排列按从小到大排好序，小 H 的目标是阻止小 Y 在有限步内排序。两人轮流操作，小 Y 可以交换任意两个位置上的数字，小 H 只能交换相邻两个位置上的数字。无论轮到谁操作，都不可以不操作。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给定排列和先手，小 Y 想知道，他是否可以达成目标。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第二行为一个字符 Y 或者 H 表示小 Y 还是小 H 是先手。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 n 个整数表示这个排列。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若小 Y 可以达成目标，输出 "Win"，否则输出 "Lose"。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11 个测试点，每个测试点 10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对于全部测试点：2 ≤ n ≤ 100000，保证一开始给定的排列一定不是有序的。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 ： n=2。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2-4 ： n=3。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对于测试的 5-7 ：小 H 一定是先手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